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2706500786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encyclopédique/ culture générale/ science exacte/ </w:t>
            </w:r>
          </w:p>
        </w:tc>
      </w:tr>
    </w:tbl>
    <w:p>
      <w:pPr>
        <w:pStyle w:val="Heading3"/>
      </w:pPr>
      <w:r>
        <w:t>Résumé :</w:t>
      </w:r>
    </w:p>
    <w:p>
      <w:r>
        <w:t>Le Dictionnaire encyclopédique Quillet – LIT–NO est un volume de référence organisé selon l’ordre alphabétique et couvrant les entrées comprises entre LIT et NO.</w:t>
        <w:br/>
        <w:br/>
        <w:br/>
        <w:br/>
        <w:t>Ce volume rassemble des informations encyclopédiques dans de nombreux domaines, notamment la littérature, les arts, l’histoire, la géographie, les sciences, les techniques, les sciences humaines et sociales. Il présente également des notices consacrées à des personnes, des lieux, des événements, des institutions, des notions scientifiques et culturelles ainsi qu’à différents aspects de la vie sociale.</w:t>
        <w:br/>
        <w:br/>
        <w:br/>
        <w:br/>
        <w:t>L’ouvrage associe les fonctions d’un dictionnaire et d’une encyclopédie : il permet de retrouver rapidement la définition et les principales informations relatives aux termes et sujets recherchés. Grâce à son classement alphabétique, il constitue un outil de consultation, de recherche documentaire et de culture générale, particulièrement utile en bibliothèque.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