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quillet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7763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2245029909</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encyclopédies/ culture générale/ Information documentaire/ </w:t>
            </w:r>
          </w:p>
        </w:tc>
      </w:tr>
    </w:tbl>
    <w:p>
      <w:pPr>
        <w:pStyle w:val="Heading3"/>
      </w:pPr>
      <w:r>
        <w:t>Résumé :</w:t>
      </w:r>
    </w:p>
    <w:p>
      <w:r>
        <w:t>Le Dictionnaire encyclopédique Quillet, volume couvrant les entrées de TON à Z, est un ouvrage de référence qui rassemble des informations encyclopédiques dans de nombreux domaines du savoir. Organisé selon l’ordre alphabétique, il présente des définitions, des explications, des notices documentaires et des renseignements sur des notions, des personnes, des lieux, des événements, des sciences, des techniques, des arts, de la littérature, de l’histoire et de la géographie.</w:t>
        <w:br/>
        <w:br/>
        <w:br/>
        <w:br/>
        <w:t>Ce volume constitue la dernière partie alphabétique de l’encyclopédie et permet de consulter rapidement des informations relatives aux termes commençant par Ton, Tou, Tr, U, V, W, X, Y et Z. Les différentes notices sont accompagnées, selon les sujets, d’illustrations et de renseignements complémentaires destinés à faciliter la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