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Endocrinologie, diabétologie et maladies métaboliques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Chevalier, Nicolas/ Collège des enseignants d'endocrinologie, diabète et maladies métaboliques/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491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La couv. porte en plus : "conforme à la R2C 2021" et "réussir son DFASM...". - Index</w:t>
            </w:r>
          </w:p>
        </w:tc>
      </w:tr>
      <w:tr>
        <w:trPr>
          <w:trHeight w:val="567"/>
        </w:trPr>
        <w:tc>
          <w:tcPr>
            <w:tcW w:type="dxa" w:w="3000"/>
          </w:tcPr>
          <w:p>
            <w:r>
              <w:t>Numéro d'Identification</w:t>
            </w:r>
          </w:p>
        </w:tc>
        <w:tc>
          <w:tcPr>
            <w:tcW w:type="dxa" w:w="7000"/>
          </w:tcPr>
          <w:p>
            <w:r>
              <w:t>9782294773587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endocrinologie/ maladies métaboliques/ </w:t>
            </w:r>
          </w:p>
        </w:tc>
      </w:tr>
    </w:tbl>
    <w:p>
      <w:pPr>
        <w:pStyle w:val="Heading3"/>
      </w:pPr>
      <w:r>
        <w:t>Résumé :</w:t>
      </w:r>
    </w:p>
    <w:p>
      <w:r>
        <w:t>Publié dans la collection Référentiels des collèges, en parfaite cohérence avec le programme de DFASM (diplôme de formation approfondie en sciences médicales) s'inscrivant dans la R2C 2021, cet ouvrage rassemble les connaissances fondamentales relatives à l'endocrinologie, la diabétologie et les maladies métaboliques. Il présente dans le détail les items du programme relevant de cette spécialité et comporte deux parties : une partie Connaissances qui développe tous les items relevant de la discipline. Chaque chapitre commence systématiquement par les situations de départ, un tableau de hiérarchisation des connaissances en rangs A et B puis développe la thématique avec l'indication des rangs au fil du texte (les rangs C pour aller plus loin sont abordés), étayée de points clés, tableaux et figures, de rubriques sur les notions à retenir et un accès aux textes des recommandations et sites internet par flashcodes. et résumés des notions à retenir ; une partie Entraînement qui propose des dossiers progressifs et des questions isolées corrigés et commentés offrant un outil performant d'autoévaluation. Cette 5e édition, encore plus didactique, met à jour l'ensemble des données médicales, fait référence aux pratiques et aux recommandations les plus récentes, s'enrichit de nouvelles illustrations et propose un accès à une banque d'images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