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Dictionnaire encyclopédique quillet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6929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27006500840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Encyclopédies générales et interdisciplinaires (almanachs, atlas, bases de données encyclopédiques, chronologies, critiques d'encyclopédies, dictionnaires biographiques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encyclopédies/ culture générale/ médecine générale/ </w:t>
            </w:r>
          </w:p>
        </w:tc>
      </w:tr>
    </w:tbl>
    <w:p>
      <w:pPr>
        <w:pStyle w:val="Heading3"/>
      </w:pPr>
      <w:r>
        <w:t>Résumé :</w:t>
      </w:r>
    </w:p>
    <w:p>
      <w:r>
        <w:t>Le Dictionnaire encyclopédique Quillet, volume 9 : « Sco–Tom » est un ouvrage encyclopédique général en langue française. Il constitue le neuvième volume d'une collection de dix volumes organisée alphabétiquement. Ce volume couvre les entrées allant de « Sco… » à « Tom… ». L’édition de 1990 est publiée à Paris par les Éditions Quillet et comprend les pages 6185 à 6929, avec des illustrations en noir et en couleurs ainsi que des notes bibliographiques.</w:t>
        <w:br/>
        <w:br/>
        <w:br/>
        <w:br/>
        <w:t>Le volume rassemble des articles encyclopédiques consacrés à des personnes, lieux, événements, notions, disciplines, institutions, objets et termes spécialisés. Son organisation alphabétique permet de retrouver rapidement une information à partir du mot ou du nom recherché.</w:t>
        <w:br/>
        <w:br/>
        <w:br/>
        <w:br/>
        <w:t>La partie « Sco » ouvre le volume et comprend notamment des termes appartenant à différents domaines du savoir : sciences, médecine, histoire, géographie, arts, littérature, techniques et vie sociale. Les articles fournissent généralement une définition ou une présentation du sujet, accompagnée, selon son importance, d'informations historiques, scientifiques, géographiques ou culturelles.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