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de commande des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Husson, René/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EGEM. Génie électrique(N°:None)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2746205769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électrique/ </w:t>
            </w:r>
          </w:p>
        </w:tc>
      </w:tr>
    </w:tbl>
    <w:p>
      <w:pPr>
        <w:pStyle w:val="Heading3"/>
      </w:pPr>
      <w:r>
        <w:t>Résumé :</w:t>
      </w:r>
    </w:p>
    <w:p>
      <w:r>
        <w:t>La commande des machines électriques est un domaine de travail très dépendant du contexte et de l'environnement des moteurs utilisés, en particulier de la nature de la charge. C'est pourquoi la première partie de cet ouvrage est consacrée à la présentation des principaux problèmes rencontrés dans les transmissions mécaniques. La seconde partie envisage les moyens disponibles pour commander un ensemble convertisseur-machine-transmission-charge. Elle vise à donner au lecteur les informations les plus utiles et les plus récentes sur les techniques permettant d'élaborer les lois de commande les mieux adaptées au problème que l'on se propose de résoudre. La troisième partie de l'ouvrage concerne la commande des systèmes animés par un ensemble de machines électriques nécessitant une coordination des actions de chacun des éléments. Afin de pouvoir réaliser des opérations complexes, plusieurs modes de coordination sont utilisés (synchronisation, position ou vitesse) illustrés ici par des exemples significatifs de systèmes multimoteurs. Ce livre s'adresse surtout aux lecteurs rencontrant des problèmes à la marge de leur spécialité. C'est un outil facilitant le dialogue entre experts de spécialités différentes, mais aussi un moyen commode d'accroître la culture scientifique de base de tout ingénieur.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