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2008 pour les nuls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Byrnes, David/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Pour les nuls(N°:None)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9782756807627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2008/ modélisation 3D/ </w:t>
            </w:r>
          </w:p>
        </w:tc>
      </w:tr>
    </w:tbl>
    <w:p>
      <w:pPr>
        <w:pStyle w:val="Heading3"/>
      </w:pPr>
      <w:r>
        <w:t>Résumé :</w:t>
      </w:r>
    </w:p>
    <w:p>
      <w:r>
        <w:t>AutoCAD 2008 est un logiciel de conception assistée par ordinateur (CAO) utilisé pour réaliser des dessins techniques en 2D et des modèles en 3D. Il permet de créer avec précision des plans, des schémas et différents documents techniques.</w:t>
        <w:br/>
        <w:br/>
        <w:br/>
        <w:br/>
        <w:t>L’utilisateur peut dessiner et modifier des lignes, arcs, cercles, polylignes et objets géométriques, tout en utilisant les calques, les cotations, les textes et les hachures pour organiser et présenter les dessins. Le logiciel propose également des outils de précision, de mise en page et d’impression.</w:t>
        <w:br/>
        <w:br/>
        <w:br/>
        <w:br/>
        <w:t>AutoCAD 2008 permet aussi de travailler en 3D, de créer des objets et de produire des représentations réalistes. Il offre des fonctions de personnalisation et d’automatisation afin d’améliorer la productivité.</w:t>
        <w:br/>
        <w:br/>
        <w:br/>
        <w:br/>
        <w:t>Cet ouvrage constitue ainsi un support pratique pour apprendre à utiliser AutoCAD 2008 dans les domaines de l’architecture, du dessin industriel, du génie civil et de la conception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