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encyclopédique quillet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Editions Quillet/ </w:t>
            </w:r>
          </w:p>
        </w:tc>
      </w:tr>
      <w:tr>
        <w:trPr>
          <w:trHeight w:val="567"/>
        </w:trPr>
        <w:tc>
          <w:tcPr>
            <w:tcW w:type="dxa" w:w="3000"/>
          </w:tcPr>
          <w:p>
            <w:r>
              <w:t>Nombre de Pages</w:t>
            </w:r>
          </w:p>
        </w:tc>
        <w:tc>
          <w:tcPr>
            <w:tcW w:type="dxa" w:w="7000"/>
          </w:tcPr>
          <w:p>
            <w:r>
              <w:t>6186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270650822</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dictionnaire encyclopédique/ culture générale/ </w:t>
            </w:r>
          </w:p>
        </w:tc>
      </w:tr>
    </w:tbl>
    <w:p>
      <w:pPr>
        <w:pStyle w:val="Heading3"/>
      </w:pPr>
      <w:r>
        <w:t>Résumé :</w:t>
      </w:r>
    </w:p>
    <w:p>
      <w:r>
        <w:t>Le Dictionnaire encyclopédique Quillet – POT–SCL est un ouvrage de référence qui rassemble, dans l’ordre alphabétique, des informations encyclopédiques sur un grand nombre de sujets. Ce volume couvre les entrées allant de POT à SCL.</w:t>
        <w:br/>
        <w:br/>
        <w:br/>
        <w:br/>
        <w:t>Il propose des articles consacrés notamment aux sciences, à l’histoire, à la géographie, aux arts, à la littérature, aux techniques, aux sciences naturelles et aux sciences humaines. Les notices présentent des définitions, des explications, des informations historiques et scientifiques ainsi que des renseignements sur des personnes, des lieux, des événements et différentes notions.</w:t>
        <w:br/>
        <w:br/>
        <w:br/>
        <w:br/>
        <w:t>Ce dictionnaire constitue ainsi un outil de recherche documentaire et de culture générale, permettant de retrouver rapidement des informations synthétiques sur des domaines variés. Il est particulièrement adapté à la consultation en bibliothèque et à la recherche d'informations générales.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