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Automated process control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Hunter, Ronald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2nd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Prentice-Hall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0130544795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automatic process contro/ industrial automation/ </w:t>
            </w:r>
          </w:p>
        </w:tc>
      </w:tr>
    </w:tbl>
    <w:p>
      <w:pPr>
        <w:pStyle w:val="Heading3"/>
      </w:pPr>
      <w:r>
        <w:t>Résumé :</w:t>
      </w:r>
    </w:p>
    <w:p>
      <w:r>
        <w:t>Automated process control systems: concepts and hardware is a practical, relatively non-mathematical introduction to automatic process-control systems and their hardware. it explains the basic concepts of measurement, process variables, controllers, control loops, signal conditioning, actuators and computer-based process control.</w:t>
        <w:br/>
        <w:br/>
        <w:t>the second edition was substantially updated with new material on measurement theory, the process-control operator interface and robotics, while expanding coverage of measurement techniques and signal-conditioning equipment.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