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encyclopédique quillet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Quillet/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2245029836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