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Textbook of Electric Power Distribution Automation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Khedkar, M.K./ Dhole, G.M./ </w:t>
            </w:r>
          </w:p>
        </w:tc>
      </w:tr>
      <w:tr>
        <w:trPr>
          <w:trHeight w:val="567"/>
        </w:trPr>
        <w:tc>
          <w:tcPr>
            <w:tcW w:type="dxa" w:w="3000"/>
          </w:tcPr>
          <w:p>
            <w:r>
              <w:t>Adresse bib.</w:t>
            </w:r>
          </w:p>
        </w:tc>
        <w:tc>
          <w:tcPr>
            <w:tcW w:type="dxa" w:w="7000"/>
          </w:tcPr>
          <w:p>
            <w:r>
              <w:t xml:space="preserve">University Science Press/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214-218</w:t>
            </w:r>
          </w:p>
        </w:tc>
      </w:tr>
      <w:tr>
        <w:trPr>
          <w:trHeight w:val="567"/>
        </w:trPr>
        <w:tc>
          <w:tcPr>
            <w:tcW w:type="dxa" w:w="3000"/>
          </w:tcPr>
          <w:p>
            <w:r>
              <w:t>Numéro d'Identification</w:t>
            </w:r>
          </w:p>
        </w:tc>
        <w:tc>
          <w:tcPr>
            <w:tcW w:type="dxa" w:w="7000"/>
          </w:tcPr>
          <w:p>
            <w:r>
              <w:t>9789380386218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 power/ distribution Automation/ </w:t>
            </w:r>
          </w:p>
        </w:tc>
      </w:tr>
    </w:tbl>
    <w:p>
      <w:pPr>
        <w:pStyle w:val="Heading3"/>
      </w:pPr>
      <w:r>
        <w:t>Résumé :</w:t>
      </w:r>
    </w:p>
    <w:p>
      <w:r>
        <w:t>extbook of Electric Power Distribution Automation presents the principles and applications of automation in electrical power distribution systems. The book explains distribution system planning, SCADA, substation and feeder automation, fault detection and isolation, remote metering, energy auditing, and energy management. It also introduces artificial intelligence, network reconfiguration, optimal switching, and communication technologies. Overall, the book shows how automation can improve the reliability, efficiency, safety, and economic operation of modern electrical distribution networks.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