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encyclopédiques quillet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Quillet/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224502981x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culture générale/ histoire/ sciences/ médecine générale/ </w:t>
            </w:r>
          </w:p>
        </w:tc>
      </w:tr>
    </w:tbl>
    <w:p>
      <w:pPr>
        <w:pStyle w:val="Heading3"/>
      </w:pPr>
      <w:r>
        <w:t>Résumé :</w:t>
      </w:r>
    </w:p>
    <w:p>
      <w:r>
        <w:t>Dictionnaire encyclopédique Quillet est un ouvrage de référence général consacré à la présentation et à l’explication de connaissances appartenant à différents domaines du savoir. Il rassemble des informations historiques, géographiques, scientifiques, médicales, littéraires, artistiques, philosophiques, techniques et biographiques. Par son caractère encyclopédique, il constitue un outil de consultation destiné à la recherche d’informations et au développement de la culture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