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Industrial automation and robotics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Gupta, A. K./ Arora, S. K./ </w:t>
            </w:r>
          </w:p>
        </w:tc>
      </w:tr>
      <w:tr>
        <w:trPr>
          <w:trHeight w:val="567"/>
        </w:trPr>
        <w:tc>
          <w:tcPr>
            <w:tcW w:type="dxa" w:w="3000"/>
          </w:tcPr>
          <w:p>
            <w:r>
              <w:t>Adresse bib.</w:t>
            </w:r>
          </w:p>
        </w:tc>
        <w:tc>
          <w:tcPr>
            <w:tcW w:type="dxa" w:w="7000"/>
          </w:tcPr>
          <w:p>
            <w:r>
              <w:t xml:space="preserve">University Science Press/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9788131805923</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industrial automation/ industrial robotics/ </w:t>
            </w:r>
          </w:p>
        </w:tc>
      </w:tr>
    </w:tbl>
    <w:p>
      <w:pPr>
        <w:pStyle w:val="Heading3"/>
      </w:pPr>
      <w:r>
        <w:t>Résumé :</w:t>
      </w:r>
    </w:p>
    <w:p>
      <w:r>
        <w:t>The book Industrial automation and robotics has been designed for undergraduate and postgraduate students of mechanical, production and industrial engineering programmes of ptu, jalandhar and other indian universities. the book is written in a simple and easy language so that the students can grasp the subject by self-study. in the present edition of this book, problems from previous years? question papers have been included and circuit diagrams have also been thoroughly explained step by step. the purpose of this book is to present a basic introduction to the multidisciplinary field of automation. the whole text has been divided into seventeen chapters. chapter 1 gives a brief introduction of automation. chapter 2 deals with laws and principles upon which hydraulics and pneumatics are based upon. in chapter 3 the components of basic pneumatic and hydraulic systems are discussed. chapter 4, which is on pumps and compressors deals with characteristics and properties of all the pumps and compressors used in industry. chapter 5 concentrates on pneumatic and hydraulic accessories like filters, lubricators, air dryers, frl's, pipelines, connectors etc. chapter 6 deals with pneumatic and hydraulic actuators, which covers classification, construction and working of cylinders and motors. chapter 7 deals with construction and working of various pneumatics and hydraulics valves. in chapter 8 basic pneumatic and hydraulic circuits are discussed. chapter 9, which is on fluidics, discusses the basic theories and advancements in this field and various fluidic components. chapter 10 is on pneumatic logic circuit design, which discusses various methods on circuit design. chapter 11 is on electric and electronic controls used in automation. components like sensors, plc's and microprocessors are included. chapter 12 deals with transfer devices and feeders. chapters 13-17 are on robotics. these cover robotic sensors, robotic grippers, robot program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