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"Mesures"/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EEA. Série Automatismes(N°:None)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523-526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2100057316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instrumentation industrielle/ mesure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techniciens et ingénieurs de bureaux d'études, aux services travaux neufs et maintenance des usines, aux installateurs et aux régleurs. Les étudiants en instrumentation et en régulation y trouveront également un grand intérêt dans le cadre de leurs études.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