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Dictionnaire encyclopédiques quillet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Editions Quillet/ </w:t>
            </w:r>
          </w:p>
        </w:tc>
      </w:tr>
      <w:tr>
        <w:trPr>
          <w:trHeight w:val="567"/>
        </w:trPr>
        <w:tc>
          <w:tcPr>
            <w:tcW w:type="dxa" w:w="3000"/>
          </w:tcPr>
          <w:p>
            <w:r>
              <w:t>Nombre de Pages</w:t>
            </w:r>
          </w:p>
        </w:tc>
        <w:tc>
          <w:tcPr>
            <w:tcW w:type="dxa" w:w="7000"/>
          </w:tcPr>
          <w:p>
            <w:r>
              <w:t>3092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2245029844</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dictionnaire encyclopédique/ états-unis/ grande-bretagne/ </w:t>
            </w:r>
          </w:p>
        </w:tc>
      </w:tr>
    </w:tbl>
    <w:p>
      <w:pPr>
        <w:pStyle w:val="Heading3"/>
      </w:pPr>
      <w:r>
        <w:t>Résumé :</w:t>
      </w:r>
    </w:p>
    <w:p>
      <w:r>
        <w:t>Le Dictionnaire encyclopédique Quillet est un ouvrage de référence consacré à la présentation synthétique de connaissances dans différents domaines géographiques, historiques, politiques, sociaux, scientifiques et culturels. Il propose des articles encyclopédiques permettant de découvrir des pays, des régions, des événements historiques et des thèmes de société.Parmi les sujets présentés figurent notamment les États-Unis, l’Éthiopie, l’Europe, la Finlande, la France, la Grande-Bretagne et la Grèce. L’ouvrage aborde également des questions internationales et contemporaines telles que la faim dans le monde, la Francophonie, la guerre du Golfe, ainsi que des sujets médicaux comme les greffes et les transplantations d’organes.</w:t>
        <w:br/>
        <w:br/>
        <w:br/>
        <w:br/>
        <w:t>Ce dictionnaire constitue ainsi un outil documentaire général permettant de rechercher rapidement des informations et d'approfondir ses connaissances sur les pays, les civilisations, les événements internationaux, les problèmes sociaux et les progrès scientifiques et médicaux.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