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Jacobs, Pierre/ Jadin, V./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XVI-472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électrique/ métrologie électrique/ </w:t>
            </w:r>
          </w:p>
        </w:tc>
      </w:tr>
    </w:tbl>
    <w:p>
      <w:pPr>
        <w:pStyle w:val="Heading3"/>
      </w:pPr>
      <w:r>
        <w:t>Résumé :</w:t>
      </w:r>
    </w:p>
    <w:p>
      <w:r>
        <w:t>Mesures électriques : courant continu, courant alternatif à basse fréquence constitue un ouvrage consacré à la théorie et à la pratique des mesures électriques fondamentales. Les auteurs, Pierre Jacobs et V. Jadin, présentent les méthodes permettant de mesurer avec précision les principales grandeurs électriques dans les circuits fonctionnant en courant continu et en courant alternatif à basse fréquence.</w:t>
        <w:br/>
        <w:br/>
        <w:br/>
        <w:br/>
        <w:t>L'ouvrage explique les principes de fonctionnement des instruments de mesure et les différentes techniques utilisées pour déterminer la tension, le courant, la résistance, la puissance et l'énergie électrique. Il accorde également une importance particulière aux caractéristiques des mesures en courant alternatif, notamment aux notions de valeur efficace, valeur moyenne, fréquence et facteur de puissance.</w:t>
        <w:br/>
        <w:br/>
        <w:br/>
        <w:br/>
        <w:t>Un aspect essentiel du livre concerne la qualité des mesures. Les auteurs abordent les problèmes de précision, d'erreur, d'incertitude et d'étalonnage, qui sont indispensables pour garantir la fiabilité des résultats expérimentaux et industriels.</w:t>
        <w:br/>
        <w:br/>
        <w:br/>
        <w:br/>
        <w:t>Grâce à son approche combinant principes théoriques, méthodes de mesure et utilisation pratique des instruments, l'ouvrage constitue une référence utile pour les étudiants et les professionnels en électrotechnique, électronique, instrumentation et métrologie.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