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1re année MPSI-PTSI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Compétences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877-881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978-2743015114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du point/ dynamique du point/ </w:t>
            </w:r>
          </w:p>
        </w:tc>
      </w:tr>
    </w:tbl>
    <w:p>
      <w:pPr>
        <w:pStyle w:val="Heading3"/>
      </w:pPr>
      <w:r>
        <w:t>Résumé :</w:t>
      </w:r>
    </w:p>
    <w:p>
      <w:r>
        <w:t>Le livre “Physique, 1re année MPSI-PTSI” est conçu pour les étudiants des classes préparatoires aux grandes écoles. Il aborde les notions fondamentales de la physique tout en intégrant des exercices et des exemples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