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et calcul des asservissements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Gille, Jean-Charles/ Decaulne, Paul/ Pélegrin,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automatique(N°:None)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435-451.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2040154477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asservissement linéaire/ théorie de la commande/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expose de manière progressive la théorie des asservissements linéaires et son application au calcul et à la conception des systèmes asservis. il s’adresse aussi bien aux étudiants qu’aux ingénieurs chargés de concevoir ou d’évaluer des systèmes automatiques.</w:t>
        <w:br/>
        <w:br/>
        <w:t xml:space="preserve">la première partie présente les bases des systèmes asservis et les principales méthodes d'analyse : erreurs permanentes, régime transitoire, stabilité, diagrammes de nichols-black et lieu des pôles d'evans. une seconde partie est consacrée à la synthèse des systèmes, notamment aux critères de performance et aux méthodes de compensation. l'édition étend également ces méthodes aux asservissements échantillonnés et présente des exemples complets d'avant-projets de systèmes asservis. </w:t>
        <w:br/>
        <w:br/>
        <w:t>la 6e édition est particulièrement orientée vers les méthodes de calcul utilisées en pratique, avec des courbes, abaques, ordres de grandeur et comparaisons des différentes méthodes selon leurs domaines d'application.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