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Jacquard, Patrick/ Sandre, Serge/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9782100715848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frigorifique/ production du froid/ </w:t>
            </w:r>
          </w:p>
        </w:tc>
      </w:tr>
    </w:tbl>
    <w:p>
      <w:pPr>
        <w:pStyle w:val="Heading3"/>
      </w:pPr>
      <w:r>
        <w:t>Résumé :</w:t>
      </w:r>
    </w:p>
    <w:p>
      <w:r>
        <w:t>Cet ouvrage rassemble 150 fiches pratiques parues dans la Revue pratique du froid, qui traitent du fonctionnement et du dépannage des installations frigorifiques. Sur 2 pages face à face, en couleur, chaque fiche traite d'une façon synthétique, appliquée et illustrée d'une problématique spécifique, concernant la mise en service et le dépannage des installations. Cette 5e édition inclut 15 nouvelles fiches, traitant notamment de la réglementation environnementale et des nouveaux fluides frigorigènes. De nombreuses fiches sont mises à jour et le contenu relatif à l'entretien, les dépannages et les mises en service est enrichi.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