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des transitions de phases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Papon, Pierre/ Leblond, Jacques/ Meijer, Paul H.E./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p-p 397-401 Index p.p 402-406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2100065513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Transition de phase/ </w:t>
            </w:r>
          </w:p>
        </w:tc>
      </w:tr>
    </w:tbl>
    <w:p>
      <w:pPr>
        <w:pStyle w:val="Heading3"/>
      </w:pPr>
      <w:r>
        <w:t>Résumé :</w:t>
      </w:r>
    </w:p>
    <w:p>
      <w:r>
        <w:t>Le livre “Physique des transitions de phases : concepts et applications - cours avec exercices corrigés” aborde les principes fondamentaux des transitions de phases en physique, ainsi que leurs applications dans divers domaines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