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Planchers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Dietrich, Maurice/ Gérard,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2040112308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plancher/ plancher métallique/ isolation thermique/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