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quantique en vue des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Pantell, Richard H./ Puthoff, Harold E./ Mouly, J.M/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371-381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quantification/ photon/ </w:t>
            </w:r>
          </w:p>
        </w:tc>
      </w:tr>
    </w:tbl>
    <w:p>
      <w:pPr>
        <w:pStyle w:val="Heading3"/>
      </w:pPr>
      <w:r>
        <w:t>Résumé :</w:t>
      </w:r>
    </w:p>
    <w:p>
      <w:r>
        <w:t>ce livre montre comment les phénomènes quantiques peuvent être exploités pour concevoir des composants électroniques plus petits, plus performants et adaptés aux technologies de demain.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