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Symboles, signaux et bruit, introduction a la théorie de l'information.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Pierce, J. R./ Bully, N/ </w:t>
            </w:r>
          </w:p>
        </w:tc>
      </w:tr>
      <w:tr>
        <w:trPr>
          <w:trHeight w:val="567"/>
        </w:trPr>
        <w:tc>
          <w:tcPr>
            <w:tcW w:type="dxa" w:w="3000"/>
          </w:tcPr>
          <w:p>
            <w:r>
              <w:t>Adresse bib.</w:t>
            </w:r>
          </w:p>
        </w:tc>
        <w:tc>
          <w:tcPr>
            <w:tcW w:type="dxa" w:w="7000"/>
          </w:tcPr>
          <w:p>
            <w:r>
              <w:t xml:space="preserve">MASSON &amp; CIE/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implantation ionique/ band gap/ </w:t>
            </w:r>
          </w:p>
        </w:tc>
      </w:tr>
    </w:tbl>
    <w:p>
      <w:pPr>
        <w:pStyle w:val="Heading3"/>
      </w:pPr>
      <w:r>
        <w:t>Résumé :</w:t>
      </w:r>
    </w:p>
    <w:p>
      <w:r>
        <w:t>Cet ouvrage présente les principes fondamentaux de la théorie de l’information et leur application aux systèmes de communication. Il explique la représentation de l’information sous forme de symboles et de signaux, ainsi que les effets du bruit et des perturbations sur sa transmission. L’ouvrage introduit les notions essentielles de quantité d’information, entropie, codage, capacité des canaux et rapport signal/bruit. Il aborde également les techniques de compression et de codage permettant de réduire les erreurs lors de la transmission. L’ensemble fournit les bases nécessaires à la compréhension des systèmes modernes de télécommunication et de traitement du signal.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