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measurements and instrumentation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Shinghal, Kshitij/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Pragati prakashan/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8175569948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voltage/ capacitance/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les systèmes d'acquisition de données, les convertisseurs analogique-numérique (A/N) et numérique-analogique (N/A), l'analyse des signaux, l'étalonnage et les applications de l'instrumentation dans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