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Immunochimie clinique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Journées nationales de biologie/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SIMEP/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183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27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Bibliogr.. Index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2853341054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Immunologie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immunochimie clinique/ </w:t>
            </w:r>
          </w:p>
        </w:tc>
      </w:tr>
    </w:tbl>
    <w:p>
      <w:pPr>
        <w:pStyle w:val="Heading3"/>
      </w:pPr>
      <w:r>
        <w:t>Résumé :</w:t>
      </w:r>
    </w:p>
    <w:p>
      <w:r>
        <w:t>Immunochimie clinique est un ouvrage de communications scientifiques consacré à l’application de l’immunochimie à la biologie médicale et au diagnostic clinique. Publié dans le contexte des Journées nationales de biologie de Lyon en 1974, il témoigne du développement de l’immunologie appliquée aux analyses biologiques à cette période.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