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Automatique des systèmes mécaniques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 Gallo, Olivier/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486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9782100531806</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système mécanique/ système linéaire/ </w:t>
            </w:r>
          </w:p>
        </w:tc>
      </w:tr>
    </w:tbl>
    <w:p>
      <w:pPr>
        <w:pStyle w:val="Heading3"/>
      </w:pPr>
      <w:r>
        <w:t>Résumé :</w:t>
      </w:r>
    </w:p>
    <w:p>
      <w:r>
        <w:t>Cet ouvrage s'adresse aux élèves de classes préparatoires des filières à dominante "sciences industrielles MPSI, PCSI PSI" aux étudiants d'IUT, de licence et d'écoles d'ingénieur et plus généralement des sciences industrielles. il propose un cours complet et original d'automatique construit sur des activités de travaux pratiques. toutes les applications sont ainsi détaillées avec schémas, photos et résultats (ce qui rend l'ouvrage utilisable même si le lecteur ne peut réaliser tous les travaux pratiques). de nombreuses simulations informatiques illustrent le propos. chaque chapitre se termine par une série d'exercices tous corrigés.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