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Nagard,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265-268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9782744076756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scilab (logiciel)/ python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L'informatique est une matière incontournable du programme 2013 des classes préparatoires scientifiques ; elle est évaluée dans les nouveaux concours.</w:t>
        <w:br/>
        <w:br/>
        <w:br/>
        <w:br/>
        <w:t>Cet ouvrage s'adresse aux étudiants et enseignants des classes préparatoires scientifiques de toutes les filières (MPSI, PCSI, PTSI, MP, PC, PSI, PT, TSI) et a pour objectif de leur présenter en un seul volume l'ensemble des connaissances en informatique pour la préparation aux écrits et aux oraux des concours d'écoles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