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matériaux électrotechniques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Faussurier, André/ Servan,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 l.U.T Génie électrique(N°:None)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cuivre/ corrosion/ </w:t>
            </w:r>
          </w:p>
        </w:tc>
      </w:tr>
    </w:tbl>
    <w:p>
      <w:pPr>
        <w:pStyle w:val="Heading3"/>
      </w:pPr>
      <w:r>
        <w:t>Résumé :</w:t>
      </w:r>
    </w:p>
    <w:p>
      <w:r>
        <w:t>L'ouvrage Les matériaux électrotechniques d'André Faussurier présente les principaux matériaux utilisés dans les domaines de l'électrotechnique et du génie électrique. Il décrit leurs caractéristiques électriques, thermiques, mécaniques et magnétiques, ainsi que les critères permettant de sélectionner le matériau le plus adapté à chaque application.</w:t>
        <w:br/>
        <w:br/>
        <w:br/>
        <w:br/>
        <w:t>Le livre étudie successivement les conducteurs, isolants, matériaux magnétiques, semi-conducteurs et alliages spéciaux, en mettant l'accent sur leurs performances, leur comportement en service, leur vieillissement et leurs méthodes d'essai. Il montre également leur utilisation dans les machines électriques, transformateurs, câbles, appareillages et réseaux électriques.</w:t>
        <w:br/>
        <w:br/>
        <w:br/>
        <w:br/>
        <w:t>Destiné aux étudiants en électrotechnique, techniciens supérieurs, ingénieurs et professionnels du génie électrique, cet ouvrage constitue une référence pour comprendre le rôle essentiel des matériaux dans la fiabilité, le rendement et la durée de vie des équipements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