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Installer un chauffage ou un chauffe-eau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Amet, Pierre/ Gourdon, Gabriel/ Guern,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9782212122794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solaire/ chauffage solaire/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particuliers qui souhaitent se lancer dans l'auto-installation ou simplement maîtriser le vocabulaire technique et comprendre les devis d'installateurs, ainsi qu'aux artisans et installateurs voulant compléter leurs connaissances techniques et découvrir des exemples de réalisations.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