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Windows 2000 Active Directory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Brovick, Edgar/ Hauger, Doug/ Wade, William 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2744009040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2000/ Active Directory/ </w:t>
            </w:r>
          </w:p>
        </w:tc>
      </w:tr>
    </w:tbl>
    <w:p>
      <w:pPr>
        <w:pStyle w:val="Heading3"/>
      </w:pPr>
      <w:r>
        <w:t>Résumé :</w:t>
      </w:r>
    </w:p>
    <w:p>
      <w:r>
        <w:t>Cet ouvrage est un guide complet consacré à Microsoft Active Directory sous Windows 2000. Il explique comment concevoir, installer, administrer et sécuriser un annuaire d'entreprise. Les auteurs détaillent les concepts fondamentaux d'Active Directory, la gestion des utilisateurs, des groupes, des domaines et des forêts, ainsi que les stratégies de groupe (Group Policy). Le livre présente également les méthodes de réplication, de délégation de l'administration, de résolution de noms avec DNS et les bonnes pratiques de déploiement dans un environnement professionnel. Il constitue une référence pour les administrateurs systèmes et les responsables de réseaux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