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parasites en électricité et en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Ficchi, R.F/ Alexandre, M/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Bibliogr.Index.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couplage capacitif/ oscilloscope/ </w:t>
            </w:r>
          </w:p>
        </w:tc>
      </w:tr>
    </w:tbl>
    <w:p>
      <w:pPr>
        <w:pStyle w:val="Heading3"/>
      </w:pPr>
      <w:r>
        <w:t>Résumé :</w:t>
      </w:r>
    </w:p>
    <w:p>
      <w:r>
        <w:t>Cet ouvrage de R. F. Ficchi présente les principaux phénomènes de parasites électriques et électroniques susceptibles de perturber le fonctionnement des installations et des équipements. Il explique l'origine des perturbations, leurs modes de propagation et leurs conséquences sur les circuits électriques, électroniques et les systèmes de communication.</w:t>
        <w:br/>
        <w:br/>
        <w:br/>
        <w:br/>
        <w:t>L'auteur décrit les méthodes de mesure et de diagnostic des parasites, ainsi que les solutions permettant de limiter leur influence : blindage, filtrage, mise à la terre, découplage, protection contre les surtensions et règles de câblage. De nombreux exemples pratiques facilitent la compréhension des phénomènes rencontrés dans les installations industrielles et les équipements électroniques.</w:t>
        <w:br/>
        <w:br/>
        <w:br/>
        <w:br/>
        <w:t>Cet ouvrage constitue une référence utile pour les techniciens, électroniciens, électrotechniciens, automaticiens et étudiants souhaitant maîtriser les problèmes liés aux perturbations électromagnétiques et améliorer la fiabilité des systèmes électriques et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