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Basic engineering circuit analysis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Irwin, j. David/ Nelms, R. Mark/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8th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Wiley &amp;Sons, Inc./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9780471661580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electrical circuit analysis/ </w:t>
            </w:r>
          </w:p>
        </w:tc>
      </w:tr>
    </w:tbl>
    <w:p>
      <w:pPr>
        <w:pStyle w:val="Heading3"/>
      </w:pPr>
      <w:r>
        <w:t>Résumé :</w:t>
      </w:r>
    </w:p>
    <w:p>
      <w:r>
        <w:t>Basic Engineering Circuit Analysis by J. David Irwin is a comprehensive textbook designed for undergraduate students in electrical, electronic, computer, and mechatronics engineering. It provides a systematic introduction to the principles and methods used in electric circuit analysis.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