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Hibberd, Robert Guy/ Loubières, Bernard/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 E. A.(N°:None)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Microprocesseur/ </w:t>
            </w:r>
          </w:p>
        </w:tc>
      </w:tr>
    </w:tbl>
    <w:p>
      <w:pPr>
        <w:pStyle w:val="Heading3"/>
      </w:pPr>
      <w:r>
        <w:t>Résumé :</w:t>
      </w:r>
    </w:p>
    <w:p>
      <w:r>
        <w:t>Cet ouvrage est un manuel pédagogique destiné aux étudiants, techniciens et ingénieurs souhaitant acquérir ou consolider leurs connaissances en électronique. Adoptant une approche fondée sur des questions et des réponses, il facilite la compréhension progressive des concepts essentiels liés aux circuits intégrés et permet au lecteur de vérifier ses acquis tout au long de son apprentissage. L'auteur présente les principes de base des circuits intégrés, leur évolution, leurs avantages par rapport aux composants électroniques discrets ainsi que les principales technologies de fabrication utilisées dans l'industrie. L'ouvrage traite également des familles de circuits intégrés analogiques et numériques, de leurs caractéristiques électriques, de leurs domaines d'application et de leur mise en œuvre dans les systèmes électroniques. Une attention particulière est accordée aux amplificateurs opérationnels, aux portes logiques, aux technologies MOS ainsi qu'aux circuits à moyenne et grande échelle d'intégration. L'auteur introduit enfin les notions fondamentales relatives aux microprocesseurs et à leur rôle dans les systèmes numériques modernes. Grâce à son organisation claire, à ses explications concises et à son format interactif, cet ouvrage constitue une ressource de référence pour l'initiation et la révision des concepts fondamentaux de la microélectronique et des circuits intégrés.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