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9i sous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Briard, Gilles/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Best of(N°:None)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2212113374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(systéme d'exploitation des ordinateurs)/ Installation Oracle/ </w:t>
            </w:r>
          </w:p>
        </w:tc>
      </w:tr>
    </w:tbl>
    <w:p>
      <w:pPr>
        <w:pStyle w:val="Heading3"/>
      </w:pPr>
      <w:r>
        <w:t>Résumé :</w:t>
      </w:r>
    </w:p>
    <w:p>
      <w:r>
        <w:t>Ce livre est un guide complet consacré à l'installation, à la configuration et à l'administration d'Oracle9i sur le système d'exploitation Linux. Il explique l'architecture interne d'Oracle, les procédures d'installation, la création et la gestion des bases de données, l'administration des utilisateurs, les mécanismes de sauvegarde et de restauration, ainsi que les techniques d'optimisation des performances et de sécurisation des données. De nombreux exemples pratiques, scripts et conseils permettent aux administrateurs de déployer et de maintenir efficacement un serveur Oracle sous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