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pratique, préparation aux CAP-BEP des métiers de l'électricité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Fouchet, Jean-Marc/ </w:t>
            </w:r>
          </w:p>
        </w:tc>
      </w:tr>
      <w:tr>
        <w:trPr>
          <w:trHeight w:val="567"/>
        </w:trPr>
        <w:tc>
          <w:tcPr>
            <w:tcW w:type="dxa" w:w="3000"/>
          </w:tcPr>
          <w:p>
            <w:r>
              <w:t>Edition</w:t>
            </w:r>
          </w:p>
        </w:tc>
        <w:tc>
          <w:tcPr>
            <w:tcW w:type="dxa" w:w="7000"/>
          </w:tcPr>
          <w:p>
            <w:r>
              <w:t>3 éme édition</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M. Durrande(N°:None)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voltmètre/ ampèremètre/ </w:t>
            </w:r>
          </w:p>
        </w:tc>
      </w:tr>
    </w:tbl>
    <w:p>
      <w:pPr>
        <w:pStyle w:val="Heading3"/>
      </w:pPr>
      <w:r>
        <w:t>Résumé :</w:t>
      </w:r>
    </w:p>
    <w:p>
      <w:r>
        <w:t>Cet ouvrage est destiné aux élèves préparant les CAP et BEP des métiers de l'électricité. Il présente les bases indispensables de l'électricité, les composants électriques, les méthodes de mesure, les installations domestiques, les schémas électriques et les principes des machines électriques. Une large place est consacrée aux travaux pratiques, au câblage, aux procédures de dépannage ainsi qu'aux règles de sécurité. L'ensemble constitue une préparation progressive aux épreuves théoriques et pratiques des formations professionnelles.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