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Photoshop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Bouton, Gary David/ Bouton, Barbara/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2744002178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graphisme/ Calques/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guide complet d'apprentissage d'Adobe Photoshop 4 destiné aux débutants comme aux utilisateurs intermédiaires. Il présente les principales fonctionnalités du logiciel pour créer, modifier et retoucher des images numériques. Le lecteur apprend à utiliser les sélections, les calques, les masques, les outils de dessin, les filtres et les réglages de couleur afin d'améliorer des photographies ou de réaliser des compositions graphiques.</w:t>
        <w:br/>
        <w:br/>
        <w:br/>
        <w:br/>
        <w:t>L'ouvrage s'appuie sur des exercices pratiques permettant de maîtriser progressivement les techniques de retouche d'image, de préparation des documents pour l'impression et de création de graphiques destinés au Web.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