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Automobile truck driver's manual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Kalissky, V/ Manzon, A/ Naula, G/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automobile/ truck driving/ </w:t>
            </w:r>
          </w:p>
        </w:tc>
      </w:tr>
    </w:tbl>
    <w:p>
      <w:pPr>
        <w:pStyle w:val="Heading3"/>
      </w:pPr>
      <w:r>
        <w:t>Résumé :</w:t>
      </w:r>
    </w:p>
    <w:p>
      <w:r>
        <w:t>Automobile Truck Driver's Manual is a practical training guide designed for automobile and truck drivers. It provides essential knowledge on vehicle operation, road safety, defensive driving techniques, and the responsibilities of professional drivers. The manual explains the basic principles of automotive mechanics, pre-trip vehicle inspections, preventive maintenance, and safe driving practices under various road and weather conditions.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