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Dupond, A/ Castell,A/ </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professionnelle/ technologie générale/ </w:t>
            </w:r>
          </w:p>
        </w:tc>
      </w:tr>
    </w:tbl>
    <w:p>
      <w:pPr>
        <w:pStyle w:val="Heading3"/>
      </w:pPr>
      <w:r>
        <w:t>Résumé :</w:t>
      </w:r>
    </w:p>
    <w:p>
      <w:r>
        <w:t>Technologie professionnelle générale de A. Dupond et A. Castell est un manuel de formation technique qui présente les connaissances fondamentales nécessaires aux métiers de l'industrie et de la fabrication mécanique. L'ouvrage aborde les principes généraux de la technologie, les matériaux industriels, les procédés de fabrication, les techniques d'usinage, les méthodes d'assemblage ainsi que les bases du dessin technique et de la métrologie.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