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robots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Engelberger, Joseph F./ </w:t>
            </w:r>
          </w:p>
        </w:tc>
      </w:tr>
      <w:tr>
        <w:trPr>
          <w:trHeight w:val="567"/>
        </w:trPr>
        <w:tc>
          <w:tcPr>
            <w:tcW w:type="dxa" w:w="3000"/>
          </w:tcPr>
          <w:p>
            <w:r>
              <w:t>Adresse bib.</w:t>
            </w:r>
          </w:p>
        </w:tc>
        <w:tc>
          <w:tcPr>
            <w:tcW w:type="dxa" w:w="7000"/>
          </w:tcPr>
          <w:p>
            <w:r>
              <w:t xml:space="preserve">Hermes publishing France/ </w:t>
            </w:r>
          </w:p>
        </w:tc>
      </w:tr>
      <w:tr>
        <w:trPr>
          <w:trHeight w:val="567"/>
        </w:trPr>
        <w:tc>
          <w:tcPr>
            <w:tcW w:type="dxa" w:w="3000"/>
          </w:tcPr>
          <w:p>
            <w:r>
              <w:t>Nombre de Pages</w:t>
            </w:r>
          </w:p>
        </w:tc>
        <w:tc>
          <w:tcPr>
            <w:tcW w:type="dxa" w:w="7000"/>
          </w:tcPr>
          <w:p>
            <w:r>
              <w:t>299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2866010000</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robotique industrielle/ production industrielle/ </w:t>
            </w:r>
          </w:p>
        </w:tc>
      </w:tr>
    </w:tbl>
    <w:p>
      <w:pPr>
        <w:pStyle w:val="Heading3"/>
      </w:pPr>
      <w:r>
        <w:t>Résumé :</w:t>
      </w:r>
    </w:p>
    <w:p>
      <w:r>
        <w:t>Cet ouvrage est l'un des premiers grands ouvrages de référence consacrés à la robotique industrielle. écrit par Joseph F. Engelberger, souvent considéré comme le « père de la robotique industrielle », il présente les principes techniques, économiques et organisationnels liés à l'introduction des robots dans les systèmes de production. l'auteur expose les caractéristiques des robots industriels, leur architecture mécanique, leurs organes de préhension, leurs systèmes de commande et les critères de sélection d'un robot selon les besoins d'une entreprise. le livre accorde une place importante aux aspects de gestion : justification économique des investissements, organisation de la maintenance, sécurité des installations, formation du personnel et impact de l'automatisation sur l'entreprise. engelberger montre comment les robots permettent d'améliorer la productivité, la qualité des produits, les conditions de travail et la sécurité des opérateurs. la seconde partie est consacrée aux applications industrielles. de nombreux exemples illustrent l'utilisation des robots dans le moulage sous pression, le soudage par points et à l'arc, la forge, la peinture, le moulage des matières plastiques, la fonderie, l'ébavurage, la manutention, la palettisation, l'industrie du verre et la fabrication de briques. bien que datant du début des années 1980, l'ouvrage reste une référence historique pour comprendre les fondements de la robotique industrielle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