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Systemes asservis 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 Herous, L/ Bahi, Tahar/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asservissement linéaire/ boucle ouverte/ </w:t>
            </w:r>
          </w:p>
        </w:tc>
      </w:tr>
    </w:tbl>
    <w:p>
      <w:pPr>
        <w:pStyle w:val="Heading3"/>
      </w:pPr>
      <w:r>
        <w:t>Résumé :</w:t>
      </w:r>
    </w:p>
    <w:p>
      <w:r>
        <w:t>Cet ouvrage constitue un manuel universitaire d'initiation et d'approfondissement en automatique destiné aux étudiants en électronique, électrotechnique, génie électrique et automatisation. il présente les fondements des systèmes asservis linéaires continus en mettant l'accent sur leur modélisation, leur analyse et leur synthèse.</w:t>
        <w:br/>
        <w:br/>
        <w:t>le livre débute par les notions fondamentales de l'asservissement, la structure des systèmes en boucle ouverte et en boucle fermée ainsi que les différents éléments constituant une chaîne d'asservissement. il introduit ensuite les modèles mathématiques, principalement les fonctions de transfert et les schémas-blocs, permettant de représenter les systèmes dynamiques.</w:t>
        <w:br/>
        <w:br/>
        <w:t>l'ouvrage développe les méthodes d'analyse temporelle et fréquentielle afin d'évaluer les performances des systèmes (rapidité, précision et dépassement). une place importante est consacrée à l'étude de la stabilité par les principaux critères utilisés en automatique. enfin, il présente les techniques de synthèse des correcteurs permettant d'améliorer les performances des systèmes asservis tout en illustrant les notions par des exemples et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