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Ghemke, R./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maintenance industrielle/ </w:t>
            </w:r>
          </w:p>
        </w:tc>
      </w:tr>
    </w:tbl>
    <w:p>
      <w:pPr>
        <w:pStyle w:val="Heading3"/>
      </w:pPr>
      <w:r>
        <w:t>Résumé :</w:t>
      </w:r>
    </w:p>
    <w:p>
      <w:r>
        <w:t>L'ouvrage Dépannage des machines électriques de R. Ghemke présente les méthodes essentielles de diagnostic, de maintenance et de réparation des principales machines électriques industrielles. Il explique les principes de fonctionnement des transformateurs, moteurs et génératrices, puis décrit les pannes les plus fréquentes, leurs causes et les techniques de localisation des défauts. L'auteur met l'accent sur l'utilisation des appareils de mesure, le respect des règles de sécurité et la mise en œuvre d'une démarche méthodique de dépannage. L'ouvrage constitue un support pratique destiné aux étudiants, techniciens et ingénieurs souhaitant améliorer leurs compétences en maintenance des équipements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