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Capliez, A/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d’électricité/ </w:t>
            </w:r>
          </w:p>
        </w:tc>
      </w:tr>
    </w:tbl>
    <w:p>
      <w:pPr>
        <w:pStyle w:val="Heading3"/>
      </w:pPr>
      <w:r>
        <w:t>Résumé :</w:t>
      </w:r>
    </w:p>
    <w:p>
      <w:r>
        <w:t>Technologie d'électricité – Tome 1 de Paul Heiny est un ouvrage pédagogique qui présente les bases technologiques indispensables à la compréhension et à la réalisation des installations électriques. Il introduit d'abord le lecteur au métier d'électricien, aux règles de sécurité et aux méthodes de travail, avant d'expliquer les principes de représentation des installations à travers les schémas et les symboles normalisés. L'ouvrage décrit ensuite les principaux matériaux utilisés en électrotechnique, tels que les conducteurs, les isolants et les matériaux magnétiques, en mettant en évidence leurs propriétés, leurs caractéristiques et leurs domaines d'application. Il traite également des équipements électriques, notamment les appareils de commande, de protection et de distribution, ainsi que de leur installation et de leur fonctionnement. Enfin, il offre une vue d'ensemble de la production, du transport et de la distribution de l'énergie électrique, permettant au lecteur de comprendre le fonctionnement global d'un réseau électrique. Grâce à son approche progressive, claire et largement illustrée, ce manuel constitue une référence pour les étudiants, les apprentis et les techniciens souhaitant acquérir des connaissances solides en technologie électrique et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