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d'exécution des travaux pratiques d'électricité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Heiny, P./ Denojean, M./ </w:t>
            </w:r>
          </w:p>
        </w:tc>
      </w:tr>
      <w:tr>
        <w:trPr>
          <w:trHeight w:val="567"/>
        </w:trPr>
        <w:tc>
          <w:tcPr>
            <w:tcW w:type="dxa" w:w="3000"/>
          </w:tcPr>
          <w:p>
            <w:r>
              <w:t>Adresse bib.</w:t>
            </w:r>
          </w:p>
        </w:tc>
        <w:tc>
          <w:tcPr>
            <w:tcW w:type="dxa" w:w="7000"/>
          </w:tcPr>
          <w:p>
            <w:r>
              <w:t xml:space="preserve">Foucher/ </w:t>
            </w:r>
          </w:p>
        </w:tc>
      </w:tr>
      <w:tr>
        <w:trPr>
          <w:trHeight w:val="567"/>
        </w:trPr>
        <w:tc>
          <w:tcPr>
            <w:tcW w:type="dxa" w:w="3000"/>
          </w:tcPr>
          <w:p>
            <w:r>
              <w:t>Nombre de Pages</w:t>
            </w:r>
          </w:p>
        </w:tc>
        <w:tc>
          <w:tcPr>
            <w:tcW w:type="dxa" w:w="7000"/>
          </w:tcPr>
          <w:p>
            <w:r>
              <w:t>327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électricité/ travaux pratiques/ </w:t>
            </w:r>
          </w:p>
        </w:tc>
      </w:tr>
    </w:tbl>
    <w:p>
      <w:pPr>
        <w:pStyle w:val="Heading3"/>
      </w:pPr>
      <w:r>
        <w:t>Résumé :</w:t>
      </w:r>
    </w:p>
    <w:p>
      <w:r>
        <w:t>L'ouvrage Méthodes d'exécution des travaux pratiques d'électricité de Paul Heiny est un manuel de référence consacré à l'apprentissage pratique des techniques utilisées dans les ateliers d'électricité. Son objectif est de former les étudiants, les apprentis et les techniciens à exécuter correctement les travaux d'installation, de câblage, de maintenance et de réparation des équipements électriques. L'auteur adopte une démarche progressive en présentant les opérations de base de la construction mécanique, telles que le traçage, le sciage, le perçage et les assemblages, qui constituent les compétences préalables indispensables à tout électricien. Il décrit ensuite les méthodes de pose des appareils électriques, les techniques de raccordement des conducteurs, les règles de réalisation des canalisations électriques ainsi que les bonnes pratiques de câblage garantissant la sécurité et la fiabilité des installations. Une partie importante de l'ouvrage est consacrée au bobinage des moteurs et des transformateurs, en expliquant les procédés de réalisation, de réparation et de contrôle des enroulements. Enfin, le livre présente une méthode systématique de recherche de pannes basée sur l'utilisation des instruments de mesure, l'identification des défauts et les procédures de dépannage. Illustré par un grand nombre de schémas et de figures, cet ouvrage privilégie l'approche expérimentale et l'acquisition du savoir-faire professionnel, ce qui en fait une ressource précieuse pour la formation pratique en électrotechnique et en maintenance des installations électriques.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