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asservis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Distefano, Joseph J./ Mignot, Hervé/ Lobenberg, Michel/ Williams, Ivan J./ Stubberud, Allen Roger./ Loubières, Bernard/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McGraw-Hill international/ </w:t>
            </w:r>
          </w:p>
        </w:tc>
      </w:tr>
      <w:tr>
        <w:trPr>
          <w:trHeight w:val="567"/>
        </w:trPr>
        <w:tc>
          <w:tcPr>
            <w:tcW w:type="dxa" w:w="3000"/>
          </w:tcPr>
          <w:p>
            <w:r>
              <w:t>Nombre de Pages</w:t>
            </w:r>
          </w:p>
        </w:tc>
        <w:tc>
          <w:tcPr>
            <w:tcW w:type="dxa" w:w="7000"/>
          </w:tcPr>
          <w:p>
            <w:r>
              <w:t>503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Série Schaum(N°:None)</w:t>
            </w:r>
          </w:p>
        </w:tc>
      </w:tr>
      <w:tr>
        <w:trPr>
          <w:trHeight w:val="567"/>
        </w:trPr>
        <w:tc>
          <w:tcPr>
            <w:tcW w:type="dxa" w:w="3000"/>
          </w:tcPr>
          <w:p>
            <w:r>
              <w:t>Notes Générales</w:t>
            </w:r>
          </w:p>
        </w:tc>
        <w:tc>
          <w:tcPr>
            <w:tcW w:type="dxa" w:w="7000"/>
          </w:tcPr>
          <w:p>
            <w:r>
              <w:t>Bibliogr. Index p.p. 497-503</w:t>
            </w:r>
          </w:p>
        </w:tc>
      </w:tr>
      <w:tr>
        <w:trPr>
          <w:trHeight w:val="567"/>
        </w:trPr>
        <w:tc>
          <w:tcPr>
            <w:tcW w:type="dxa" w:w="3000"/>
          </w:tcPr>
          <w:p>
            <w:r>
              <w:t>Numéro d'Identification</w:t>
            </w:r>
          </w:p>
        </w:tc>
        <w:tc>
          <w:tcPr>
            <w:tcW w:type="dxa" w:w="7000"/>
          </w:tcPr>
          <w:p>
            <w:r>
              <w:t>2704212724</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automatique/ théorie de la commande/ </w:t>
            </w:r>
          </w:p>
        </w:tc>
      </w:tr>
    </w:tbl>
    <w:p>
      <w:pPr>
        <w:pStyle w:val="Heading3"/>
      </w:pPr>
      <w:r>
        <w:t>Résumé :</w:t>
      </w:r>
    </w:p>
    <w:p>
      <w:r>
        <w:t>Série Schaum : une série unique de renommée mondiale. plus de 45 000 exercices résolus introduits par de nombreux rappels de cours. des ouvrages spécialement conçus pour faciliter la tâche de l'étudiant, particulièrement bien adaptée à la préparation d'examens et de concours. l'actualisation éditoriale en cours sélectionne, dans la production américaine, uniquement les éditions les plus récentes adaptées aux besoins du marché francophone.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