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Electrical power equipment maintenance and testing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Gill,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M. Dekker/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0824799070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équipement électrique/ electric power systems/ </w:t>
            </w:r>
          </w:p>
        </w:tc>
      </w:tr>
    </w:tbl>
    <w:p>
      <w:pPr>
        <w:pStyle w:val="Heading3"/>
      </w:pPr>
      <w:r>
        <w:t>Résumé :</w:t>
      </w:r>
    </w:p>
    <w:p>
      <w:r>
        <w:t>This practical guide provides comprehensive and up-to-date information on the testing and maintenance of electrical power systems equipment and apparatus found in utility, industrial, commercial, and institutional facilities - demonstrating when and how to perform the appropriate tests to ensure maximum operational reliability." "Containing references, equations, and photographs - including numerous tables and test connection diagrams, this valuable resource is useful for electrical and electronics, industrial, transmission, distribution, power, and energy engineers and technicians; maintenance and operational personnel at electrical facilities; plant managers and electrical utility personnel; technical personnel from electrical consulting and construction firms, manufacturing companies, electrical trade associations, and electrical testing companies; and graduate-level students in these disciplines.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