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L'installation électrique comme un pro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Gallauziaux, Thierry/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2212068123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Installations électriques/ </w:t>
            </w:r>
          </w:p>
        </w:tc>
      </w:tr>
    </w:tbl>
    <w:p>
      <w:pPr>
        <w:pStyle w:val="Heading3"/>
      </w:pPr>
      <w:r>
        <w:t>Résumé :</w:t>
      </w:r>
    </w:p>
    <w:p>
      <w:r>
        <w:t>cet ouvrage vous aide à concevoir et à réaliser une installation adaptée à vos besoins, sans danger pour les utilisateurs. Votre installation électrique en toute sécurité. Comme tous les équipements, les installations électriques vieillissent les isolants se détériorent, les fils se dénudent... cela peut entraîner des courts-circuits et des accidents domestiques plus ou moins graves. Qu'il s'agisse de rénovation, d'aménagement d'appartement ou de maison individuelle ou du remplacement d'une installation existante, les travaux que vous allez entreprendre doivent répondre à des règles de sécurité très précises concernant le matériel utilisé et sa mise en œuvre. Les techniques des professionnels expliquées pas à pas. Après un bref rappel des notions élémentaires d'électricité et des normes à respecter, vous apprendrez à déterminer vos besoins : choix de l'abonnement, choix de la distribution... Lors de la phase d'installation, vous serez guidé pas à pas pour les différents types de pose et de montage. De plus, vous découvrirez les nombreuses solutions de confort électrique, du chauffage par le sol aux commandes par courant porteur, du branchement des équipements : hi-fi, nouvelles prises de communication RJ 45, solutions domotiques, ordinateurs, électroménager... --Ce texte fait référence à une édition épuisée ou non disponible de ce titre.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