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 et automatismes dans les installations frigorifiques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Croisy,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Pyc livres/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2862430730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installation frigorifique/ électricité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ouvrage, initialement destiné aux étudiants du BTS-FEE (Fluide-Energie-Environnement) et élèves ingénieurs frigoristes est également d'un grand intérêt pour les entreprises d'installations frigorifiques. extrait du sommaire : électricité (énergie électrique ; structure de la tarification électrique ; réseaux électriques pour des petites et moyennes puissance ; dispositifs de protection des personnes de des équipements) ; automatismes (contrôle de la température du médium ; notions de base sur la conservation des denrées ; automatismes des installations de réfrigération des produits à température positive ; régulation de température d'une chambre froide négative : produits congelés ; armoire de climatisation : régulation de la température d'un local climatisé et chauffé ; automatismes dans la production d'eau glacée des installations de climatisation ; régulation de la température ambiante avec unités terminales à eau glacée ; gtc appliquée à une installation de climatisation par eau glacée).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