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Reshetov, D.N/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702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design/ machine element/ </w:t>
            </w:r>
          </w:p>
        </w:tc>
      </w:tr>
    </w:tbl>
    <w:p>
      <w:pPr>
        <w:pStyle w:val="Heading3"/>
      </w:pPr>
      <w:r>
        <w:t>Résumé :</w:t>
      </w:r>
    </w:p>
    <w:p>
      <w:r>
        <w:t>Machine Design by D. N. Reshetov is a comprehensive textbook on the theory and practice of designing machine elements. It provides the fundamental principles required to design mechanical components that are strong, reliable, durable, and economical. The book combines engineering theory with practical design methods and calculation procedures widely used in mechanical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