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et essais d'électricité ,  CAP, BEP, bac F3, formation permanente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Floc'h, Jean/ Pret, Roger/ Dupart, B/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2040112081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courant/ fréquence/ </w:t>
            </w:r>
          </w:p>
        </w:tc>
      </w:tr>
    </w:tbl>
    <w:p>
      <w:pPr>
        <w:pStyle w:val="Heading3"/>
      </w:pPr>
      <w:r>
        <w:t>Résumé :</w:t>
      </w:r>
    </w:p>
    <w:p>
      <w:r>
        <w:t>Cet ouvrage présente les principes fondamentaux des mesures et essais électriques destinés aux élèves de CAP, BEP, Bac F3 ainsi qu'à la formation permanente. Il explique les méthodes de mesure des principales grandeurs électriques à l'aide d'appareils analogiques et numériques, ainsi que les techniques de contrôle des installations, des transformateurs et des machines électriques. L'ouvrage met également l'accent sur les procédures de sécurité, le diagnostic des défauts et l'interprétation des résultats afin d'assurer la fiabilité des équipements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