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Electrical power systems. V2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Guile, Alan Elliott/ Paterson, William/ </w:t>
            </w:r>
          </w:p>
        </w:tc>
      </w:tr>
      <w:tr>
        <w:trPr>
          <w:trHeight w:val="567"/>
        </w:trPr>
        <w:tc>
          <w:tcPr>
            <w:tcW w:type="dxa" w:w="3000"/>
          </w:tcPr>
          <w:p>
            <w:r>
              <w:t>Edition</w:t>
            </w:r>
          </w:p>
        </w:tc>
        <w:tc>
          <w:tcPr>
            <w:tcW w:type="dxa" w:w="7000"/>
          </w:tcPr>
          <w:p>
            <w:r>
              <w:t>2nd ed.</w:t>
            </w:r>
          </w:p>
        </w:tc>
      </w:tr>
      <w:tr>
        <w:trPr>
          <w:trHeight w:val="567"/>
        </w:trPr>
        <w:tc>
          <w:tcPr>
            <w:tcW w:type="dxa" w:w="3000"/>
          </w:tcPr>
          <w:p>
            <w:r>
              <w:t>Adresse bib.</w:t>
            </w:r>
          </w:p>
        </w:tc>
        <w:tc>
          <w:tcPr>
            <w:tcW w:type="dxa" w:w="7000"/>
          </w:tcPr>
          <w:p>
            <w:r>
              <w:t xml:space="preserve">Pergamon Press/ </w:t>
            </w:r>
          </w:p>
        </w:tc>
      </w:tr>
      <w:tr>
        <w:trPr>
          <w:trHeight w:val="567"/>
        </w:trPr>
        <w:tc>
          <w:tcPr>
            <w:tcW w:type="dxa" w:w="3000"/>
          </w:tcPr>
          <w:p>
            <w:r>
              <w:t>Nombre de Pages</w:t>
            </w:r>
          </w:p>
        </w:tc>
        <w:tc>
          <w:tcPr>
            <w:tcW w:type="dxa" w:w="7000"/>
          </w:tcPr>
          <w:p>
            <w:r>
              <w:t>354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080217303</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réseau électrique/ électricité/ </w:t>
            </w:r>
          </w:p>
        </w:tc>
      </w:tr>
    </w:tbl>
    <w:p>
      <w:pPr>
        <w:pStyle w:val="Heading3"/>
      </w:pPr>
      <w:r>
        <w:t>Résumé :</w:t>
      </w:r>
    </w:p>
    <w:p>
      <w:r>
        <w:t>Electrical Power Systems, Volume 2 provides a comprehensive study of modern electric power systems, emphasizing transmission networks, system protection, fault analysis, load flow, and stability. The book explains the electrical characteristics of transmission lines, methods for calculating power system performance, protective schemes, and techniques used to ensure reliable and efficient operation. It also introduces high-voltage direct current (HVDC) transmission, power electronics, and long-term power system planning. The text combines theoretical principles with practical engineering applications, making it a valuable reference for electrical engineering students, researchers, and practicing power engineers.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