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Fraysse, Roger/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2040087079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voltmètre/ protection électrique/ </w:t>
            </w:r>
          </w:p>
        </w:tc>
      </w:tr>
    </w:tbl>
    <w:p>
      <w:pPr>
        <w:pStyle w:val="Heading3"/>
      </w:pPr>
      <w:r>
        <w:t>Résumé :</w:t>
      </w:r>
    </w:p>
    <w:p>
      <w:r>
        <w:t>c'est un ouvrage pédagogique destiné aux élèves de première BTn (F3) et à la formation professionnelle. Il présente les bases de l’électricité nécessaires à la compréhension des installations, des appareils et des circuits électriques. Le livre aborde les grandeurs fondamentales, les circuits en courant continu et alternatif, les mesures électriques, les composants usuels, ainsi que les premiers éléments de magnétisme, de commande et d’installation électrique. L’ouvrage associe les notions théoriques à des applications pratiques, des schémas et des exercices, afin de préparer l’apprenant aux travaux de câblage, de maintenance et d’exploitation des équipements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